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72CEC" w14:textId="77777777" w:rsidR="00A078D0" w:rsidRDefault="00000000" w:rsidP="00D64301">
      <w:pPr>
        <w:pStyle w:val="Nadpis1"/>
        <w:jc w:val="center"/>
      </w:pPr>
      <w:r>
        <w:t>PŘIHLÁŠKA NA PŘÍMĚSTSKÝ TÁBOR</w:t>
      </w:r>
    </w:p>
    <w:p w14:paraId="58BBEC7E" w14:textId="77777777" w:rsidR="00D64301" w:rsidRPr="00D64301" w:rsidRDefault="00D64301" w:rsidP="00D64301"/>
    <w:p w14:paraId="2FB965CD" w14:textId="64A87807" w:rsidR="00D64301" w:rsidRDefault="00000000" w:rsidP="00D64301">
      <w:pPr>
        <w:pStyle w:val="Nadpis2"/>
        <w:numPr>
          <w:ilvl w:val="0"/>
          <w:numId w:val="10"/>
        </w:numPr>
      </w:pPr>
      <w:proofErr w:type="spellStart"/>
      <w:r>
        <w:t>Základní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o </w:t>
      </w:r>
      <w:proofErr w:type="spellStart"/>
      <w:r>
        <w:t>táboře</w:t>
      </w:r>
      <w:proofErr w:type="spellEnd"/>
    </w:p>
    <w:p w14:paraId="720491EF" w14:textId="77777777" w:rsidR="00D64301" w:rsidRPr="00D64301" w:rsidRDefault="00D64301" w:rsidP="00D64301"/>
    <w:p w14:paraId="435F0E1E" w14:textId="3F07A66E" w:rsidR="00A078D0" w:rsidRPr="00D64301" w:rsidRDefault="00000000" w:rsidP="00D64301">
      <w:pPr>
        <w:spacing w:after="0" w:line="240" w:lineRule="auto"/>
        <w:rPr>
          <w:sz w:val="24"/>
          <w:szCs w:val="24"/>
        </w:rPr>
      </w:pPr>
      <w:proofErr w:type="spellStart"/>
      <w:r w:rsidRPr="00D64301">
        <w:rPr>
          <w:sz w:val="24"/>
          <w:szCs w:val="24"/>
        </w:rPr>
        <w:t>Název</w:t>
      </w:r>
      <w:proofErr w:type="spellEnd"/>
      <w:r w:rsidRPr="00D64301">
        <w:rPr>
          <w:sz w:val="24"/>
          <w:szCs w:val="24"/>
        </w:rPr>
        <w:t xml:space="preserve"> </w:t>
      </w:r>
      <w:proofErr w:type="spellStart"/>
      <w:r w:rsidRPr="00D64301">
        <w:rPr>
          <w:sz w:val="24"/>
          <w:szCs w:val="24"/>
        </w:rPr>
        <w:t>příměstského</w:t>
      </w:r>
      <w:proofErr w:type="spellEnd"/>
      <w:r w:rsidRPr="00D64301">
        <w:rPr>
          <w:sz w:val="24"/>
          <w:szCs w:val="24"/>
        </w:rPr>
        <w:t xml:space="preserve"> </w:t>
      </w:r>
      <w:proofErr w:type="spellStart"/>
      <w:r w:rsidRPr="00D64301">
        <w:rPr>
          <w:sz w:val="24"/>
          <w:szCs w:val="24"/>
        </w:rPr>
        <w:t>tábora</w:t>
      </w:r>
      <w:proofErr w:type="spellEnd"/>
      <w:r w:rsidRPr="00D64301">
        <w:rPr>
          <w:sz w:val="24"/>
          <w:szCs w:val="24"/>
        </w:rPr>
        <w:t xml:space="preserve">: </w:t>
      </w:r>
      <w:proofErr w:type="spellStart"/>
      <w:r w:rsidR="005913B8">
        <w:rPr>
          <w:sz w:val="24"/>
          <w:szCs w:val="24"/>
        </w:rPr>
        <w:t>Indiánslé</w:t>
      </w:r>
      <w:proofErr w:type="spellEnd"/>
      <w:r w:rsidR="005913B8">
        <w:rPr>
          <w:sz w:val="24"/>
          <w:szCs w:val="24"/>
        </w:rPr>
        <w:t xml:space="preserve"> </w:t>
      </w:r>
      <w:proofErr w:type="spellStart"/>
      <w:r w:rsidR="005913B8">
        <w:rPr>
          <w:sz w:val="24"/>
          <w:szCs w:val="24"/>
        </w:rPr>
        <w:t>léto</w:t>
      </w:r>
      <w:proofErr w:type="spellEnd"/>
    </w:p>
    <w:p w14:paraId="30AD6838" w14:textId="7888F25B" w:rsidR="00A078D0" w:rsidRPr="00D64301" w:rsidRDefault="00000000" w:rsidP="00D64301">
      <w:pPr>
        <w:spacing w:after="0" w:line="240" w:lineRule="auto"/>
        <w:rPr>
          <w:sz w:val="24"/>
          <w:szCs w:val="24"/>
        </w:rPr>
      </w:pPr>
      <w:r w:rsidRPr="00D64301">
        <w:rPr>
          <w:sz w:val="24"/>
          <w:szCs w:val="24"/>
        </w:rPr>
        <w:t xml:space="preserve">Termín konání: </w:t>
      </w:r>
      <w:r w:rsidR="005913B8">
        <w:rPr>
          <w:sz w:val="24"/>
          <w:szCs w:val="24"/>
        </w:rPr>
        <w:t>17. 8. 2026 – 21. 8. 2026</w:t>
      </w:r>
    </w:p>
    <w:p w14:paraId="07840596" w14:textId="77777777" w:rsidR="00A078D0" w:rsidRPr="00D64301" w:rsidRDefault="00000000" w:rsidP="00D64301">
      <w:pPr>
        <w:spacing w:after="0" w:line="240" w:lineRule="auto"/>
        <w:rPr>
          <w:sz w:val="24"/>
          <w:szCs w:val="24"/>
        </w:rPr>
      </w:pPr>
      <w:r w:rsidRPr="00D64301">
        <w:rPr>
          <w:sz w:val="24"/>
          <w:szCs w:val="24"/>
        </w:rPr>
        <w:t>Místo konání: Čepřovice</w:t>
      </w:r>
    </w:p>
    <w:p w14:paraId="6ED70BC7" w14:textId="77777777" w:rsidR="00A078D0" w:rsidRPr="00D64301" w:rsidRDefault="00000000" w:rsidP="00D64301">
      <w:pPr>
        <w:spacing w:after="0" w:line="240" w:lineRule="auto"/>
        <w:rPr>
          <w:sz w:val="24"/>
          <w:szCs w:val="24"/>
        </w:rPr>
      </w:pPr>
      <w:r w:rsidRPr="00D64301">
        <w:rPr>
          <w:sz w:val="24"/>
          <w:szCs w:val="24"/>
        </w:rPr>
        <w:t>Pořadatel: Obec Čepřovice</w:t>
      </w:r>
    </w:p>
    <w:p w14:paraId="4AEBCBA7" w14:textId="77777777" w:rsidR="00A078D0" w:rsidRPr="00D64301" w:rsidRDefault="00000000" w:rsidP="00D64301">
      <w:pPr>
        <w:spacing w:after="0" w:line="240" w:lineRule="auto"/>
        <w:rPr>
          <w:sz w:val="24"/>
          <w:szCs w:val="24"/>
        </w:rPr>
      </w:pPr>
      <w:r w:rsidRPr="00D64301">
        <w:rPr>
          <w:sz w:val="24"/>
          <w:szCs w:val="24"/>
        </w:rPr>
        <w:t>Kontaktní osoba: Barbora Poláčková</w:t>
      </w:r>
    </w:p>
    <w:p w14:paraId="52F090F8" w14:textId="6C478F12" w:rsidR="00A078D0" w:rsidRDefault="00000000" w:rsidP="00D64301">
      <w:pPr>
        <w:spacing w:after="0" w:line="240" w:lineRule="auto"/>
        <w:rPr>
          <w:sz w:val="24"/>
          <w:szCs w:val="24"/>
        </w:rPr>
      </w:pPr>
      <w:r w:rsidRPr="00D64301">
        <w:rPr>
          <w:sz w:val="24"/>
          <w:szCs w:val="24"/>
        </w:rPr>
        <w:t xml:space="preserve">Telefon / e-mail: 606 630 489, </w:t>
      </w:r>
      <w:hyperlink r:id="rId6" w:history="1">
        <w:r w:rsidR="00C23F7D" w:rsidRPr="00690904">
          <w:rPr>
            <w:rStyle w:val="Hypertextovodkaz"/>
            <w:sz w:val="24"/>
            <w:szCs w:val="24"/>
          </w:rPr>
          <w:t>obec.ceprovice@seznam.cz</w:t>
        </w:r>
      </w:hyperlink>
    </w:p>
    <w:p w14:paraId="24C2C772" w14:textId="77777777" w:rsidR="00C23F7D" w:rsidRPr="00D64301" w:rsidRDefault="00C23F7D" w:rsidP="00D64301">
      <w:pPr>
        <w:spacing w:after="0" w:line="240" w:lineRule="auto"/>
        <w:rPr>
          <w:sz w:val="24"/>
          <w:szCs w:val="24"/>
        </w:rPr>
      </w:pPr>
    </w:p>
    <w:p w14:paraId="32CD32CD" w14:textId="577602A9" w:rsidR="00D64301" w:rsidRDefault="00000000" w:rsidP="00D64301">
      <w:pPr>
        <w:pStyle w:val="Nadpis2"/>
        <w:numPr>
          <w:ilvl w:val="0"/>
          <w:numId w:val="10"/>
        </w:numPr>
      </w:pPr>
      <w:proofErr w:type="spellStart"/>
      <w:r>
        <w:t>Údaje</w:t>
      </w:r>
      <w:proofErr w:type="spellEnd"/>
      <w:r>
        <w:t xml:space="preserve"> o </w:t>
      </w:r>
      <w:proofErr w:type="spellStart"/>
      <w:r>
        <w:t>dítěti</w:t>
      </w:r>
      <w:proofErr w:type="spellEnd"/>
    </w:p>
    <w:p w14:paraId="3D7548C8" w14:textId="77777777" w:rsidR="00D64301" w:rsidRPr="00D64301" w:rsidRDefault="00D64301" w:rsidP="00D64301">
      <w:pPr>
        <w:pStyle w:val="Odstavecseseznamem"/>
      </w:pPr>
    </w:p>
    <w:p w14:paraId="15268529" w14:textId="6151CDBC" w:rsidR="00A078D0" w:rsidRDefault="00000000" w:rsidP="00D64301">
      <w:pPr>
        <w:spacing w:line="240" w:lineRule="auto"/>
      </w:pPr>
      <w:proofErr w:type="spellStart"/>
      <w:r>
        <w:t>Jméno</w:t>
      </w:r>
      <w:proofErr w:type="spellEnd"/>
      <w:r>
        <w:t xml:space="preserve"> a </w:t>
      </w:r>
      <w:proofErr w:type="spellStart"/>
      <w:r>
        <w:t>příjmení</w:t>
      </w:r>
      <w:proofErr w:type="spellEnd"/>
      <w:r>
        <w:t xml:space="preserve"> </w:t>
      </w:r>
      <w:proofErr w:type="spellStart"/>
      <w:r>
        <w:t>dítěte</w:t>
      </w:r>
      <w:proofErr w:type="spellEnd"/>
      <w:r>
        <w:t xml:space="preserve">: </w:t>
      </w:r>
      <w:r w:rsidR="00D64301">
        <w:t>……………………………………………………………………………………………………</w:t>
      </w:r>
    </w:p>
    <w:p w14:paraId="6AD1BCE3" w14:textId="77777777" w:rsidR="00D64301" w:rsidRDefault="00D64301" w:rsidP="00D64301">
      <w:pPr>
        <w:spacing w:line="240" w:lineRule="auto"/>
      </w:pPr>
    </w:p>
    <w:p w14:paraId="01CF21E2" w14:textId="525BBD45" w:rsidR="00A078D0" w:rsidRDefault="00000000" w:rsidP="00D64301">
      <w:pPr>
        <w:spacing w:line="240" w:lineRule="auto"/>
      </w:pPr>
      <w:r>
        <w:t xml:space="preserve">Datum </w:t>
      </w:r>
      <w:proofErr w:type="spellStart"/>
      <w:r>
        <w:t>narození</w:t>
      </w:r>
      <w:proofErr w:type="spellEnd"/>
      <w:r>
        <w:t xml:space="preserve">: </w:t>
      </w:r>
      <w:r w:rsidR="00D64301">
        <w:t>……………………………………………………………………………………………………………….</w:t>
      </w:r>
    </w:p>
    <w:p w14:paraId="706E0050" w14:textId="77777777" w:rsidR="00D64301" w:rsidRDefault="00D64301" w:rsidP="00D64301">
      <w:pPr>
        <w:spacing w:line="240" w:lineRule="auto"/>
      </w:pPr>
    </w:p>
    <w:p w14:paraId="0253801F" w14:textId="24794BA9" w:rsidR="00A078D0" w:rsidRDefault="00000000" w:rsidP="00D64301">
      <w:pPr>
        <w:spacing w:line="240" w:lineRule="auto"/>
      </w:pPr>
      <w:proofErr w:type="spellStart"/>
      <w:r>
        <w:t>Rodné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(</w:t>
      </w:r>
      <w:proofErr w:type="spellStart"/>
      <w:r>
        <w:t>nepovinné</w:t>
      </w:r>
      <w:proofErr w:type="spellEnd"/>
      <w:r>
        <w:t xml:space="preserve">): </w:t>
      </w:r>
      <w:r w:rsidR="00D64301">
        <w:t>………………………………………………………………………………………………</w:t>
      </w:r>
      <w:proofErr w:type="gramStart"/>
      <w:r w:rsidR="00D64301">
        <w:t>…..</w:t>
      </w:r>
      <w:proofErr w:type="gramEnd"/>
    </w:p>
    <w:p w14:paraId="2467936A" w14:textId="77777777" w:rsidR="00D64301" w:rsidRDefault="00D64301" w:rsidP="00D64301">
      <w:pPr>
        <w:spacing w:line="240" w:lineRule="auto"/>
      </w:pPr>
    </w:p>
    <w:p w14:paraId="71BF0557" w14:textId="17617FF9" w:rsidR="00D64301" w:rsidRDefault="00000000" w:rsidP="00D64301">
      <w:pPr>
        <w:spacing w:line="240" w:lineRule="auto"/>
      </w:pPr>
      <w:proofErr w:type="spellStart"/>
      <w:r>
        <w:t>Trvalé</w:t>
      </w:r>
      <w:proofErr w:type="spellEnd"/>
      <w:r>
        <w:t xml:space="preserve"> </w:t>
      </w:r>
      <w:proofErr w:type="spellStart"/>
      <w:r>
        <w:t>bydliště</w:t>
      </w:r>
      <w:proofErr w:type="spellEnd"/>
      <w:r>
        <w:t>:</w:t>
      </w:r>
      <w:r w:rsidR="00D64301">
        <w:t xml:space="preserve"> ……………………………………………………………………………………………………………</w:t>
      </w:r>
      <w:proofErr w:type="gramStart"/>
      <w:r w:rsidR="00D64301">
        <w:t>…..</w:t>
      </w:r>
      <w:proofErr w:type="gramEnd"/>
    </w:p>
    <w:p w14:paraId="4B3FC047" w14:textId="77777777" w:rsidR="00D64301" w:rsidRDefault="00D64301" w:rsidP="00D64301">
      <w:pPr>
        <w:spacing w:line="240" w:lineRule="auto"/>
      </w:pPr>
    </w:p>
    <w:p w14:paraId="7B09052D" w14:textId="00889785" w:rsidR="00A078D0" w:rsidRDefault="00000000" w:rsidP="00D64301">
      <w:pPr>
        <w:spacing w:line="240" w:lineRule="auto"/>
      </w:pPr>
      <w:proofErr w:type="spellStart"/>
      <w:r>
        <w:t>Zdravotní</w:t>
      </w:r>
      <w:proofErr w:type="spellEnd"/>
      <w:r>
        <w:t xml:space="preserve"> </w:t>
      </w:r>
      <w:proofErr w:type="spellStart"/>
      <w:r>
        <w:t>pojišťovna</w:t>
      </w:r>
      <w:proofErr w:type="spellEnd"/>
      <w:r>
        <w:t xml:space="preserve">: </w:t>
      </w:r>
      <w:r w:rsidR="00D64301">
        <w:t>……………………………………………………………………………………………………</w:t>
      </w:r>
      <w:proofErr w:type="gramStart"/>
      <w:r w:rsidR="00D64301">
        <w:t>…..</w:t>
      </w:r>
      <w:proofErr w:type="gramEnd"/>
    </w:p>
    <w:p w14:paraId="32B444A6" w14:textId="77777777" w:rsidR="00D64301" w:rsidRDefault="00D64301"/>
    <w:p w14:paraId="1DB69C3B" w14:textId="690B72AC" w:rsidR="00D64301" w:rsidRDefault="00000000" w:rsidP="00D64301">
      <w:pPr>
        <w:pStyle w:val="Nadpis2"/>
        <w:numPr>
          <w:ilvl w:val="0"/>
          <w:numId w:val="10"/>
        </w:numPr>
      </w:pPr>
      <w:proofErr w:type="spellStart"/>
      <w:r>
        <w:t>Zdravotní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o </w:t>
      </w:r>
      <w:proofErr w:type="spellStart"/>
      <w:r>
        <w:t>dítěti</w:t>
      </w:r>
      <w:proofErr w:type="spellEnd"/>
    </w:p>
    <w:p w14:paraId="39D63065" w14:textId="77777777" w:rsidR="00D64301" w:rsidRPr="00D64301" w:rsidRDefault="00D64301" w:rsidP="00D64301">
      <w:pPr>
        <w:pStyle w:val="Odstavecseseznamem"/>
      </w:pPr>
    </w:p>
    <w:p w14:paraId="59B2EF26" w14:textId="2DBBB822" w:rsidR="00A078D0" w:rsidRDefault="00000000" w:rsidP="00D64301">
      <w:pPr>
        <w:spacing w:line="240" w:lineRule="auto"/>
      </w:pPr>
      <w:proofErr w:type="spellStart"/>
      <w:r>
        <w:t>Zdravotní</w:t>
      </w:r>
      <w:proofErr w:type="spellEnd"/>
      <w:r>
        <w:t xml:space="preserve"> </w:t>
      </w:r>
      <w:proofErr w:type="spellStart"/>
      <w:r>
        <w:t>omezení</w:t>
      </w:r>
      <w:proofErr w:type="spellEnd"/>
      <w:r>
        <w:t xml:space="preserve">, </w:t>
      </w:r>
      <w:proofErr w:type="spellStart"/>
      <w:r>
        <w:t>alergie</w:t>
      </w:r>
      <w:proofErr w:type="spellEnd"/>
      <w:r>
        <w:t xml:space="preserve">, </w:t>
      </w:r>
      <w:proofErr w:type="spellStart"/>
      <w:r>
        <w:t>dietní</w:t>
      </w:r>
      <w:proofErr w:type="spellEnd"/>
      <w:r>
        <w:t xml:space="preserve"> </w:t>
      </w:r>
      <w:proofErr w:type="spellStart"/>
      <w:proofErr w:type="gramStart"/>
      <w:r>
        <w:t>opatření</w:t>
      </w:r>
      <w:proofErr w:type="spellEnd"/>
      <w:r>
        <w:t>:</w:t>
      </w:r>
      <w:r w:rsidR="00D64301">
        <w:t>…</w:t>
      </w:r>
      <w:proofErr w:type="gramEnd"/>
      <w:r w:rsidR="00D64301">
        <w:t>…………………………………………………………………….</w:t>
      </w:r>
    </w:p>
    <w:p w14:paraId="1D758F1D" w14:textId="77777777" w:rsidR="00D64301" w:rsidRDefault="00D64301" w:rsidP="00D64301">
      <w:pPr>
        <w:spacing w:line="240" w:lineRule="auto"/>
      </w:pPr>
    </w:p>
    <w:p w14:paraId="408D6876" w14:textId="1593C0E7" w:rsidR="00A078D0" w:rsidRDefault="00000000" w:rsidP="00D64301">
      <w:pPr>
        <w:spacing w:line="240" w:lineRule="auto"/>
      </w:pPr>
      <w:proofErr w:type="spellStart"/>
      <w:r>
        <w:t>Užívané</w:t>
      </w:r>
      <w:proofErr w:type="spellEnd"/>
      <w:r>
        <w:t xml:space="preserve"> </w:t>
      </w:r>
      <w:proofErr w:type="spellStart"/>
      <w:proofErr w:type="gramStart"/>
      <w:r>
        <w:t>léky</w:t>
      </w:r>
      <w:proofErr w:type="spellEnd"/>
      <w:r>
        <w:t>:</w:t>
      </w:r>
      <w:r w:rsidR="00D64301">
        <w:t>…</w:t>
      </w:r>
      <w:proofErr w:type="gramEnd"/>
      <w:r w:rsidR="00D64301">
        <w:t>………………………………………………………………………………………………………………….</w:t>
      </w:r>
    </w:p>
    <w:p w14:paraId="16AD1355" w14:textId="77777777" w:rsidR="00D64301" w:rsidRDefault="00D64301" w:rsidP="00D64301">
      <w:pPr>
        <w:spacing w:line="240" w:lineRule="auto"/>
      </w:pPr>
    </w:p>
    <w:p w14:paraId="2B6FE114" w14:textId="083C14C2" w:rsidR="00D64301" w:rsidRDefault="00000000" w:rsidP="00C23F7D">
      <w:pPr>
        <w:spacing w:line="240" w:lineRule="auto"/>
      </w:pPr>
      <w:proofErr w:type="spellStart"/>
      <w:r>
        <w:t>Jiné</w:t>
      </w:r>
      <w:proofErr w:type="spellEnd"/>
      <w:r>
        <w:t xml:space="preserve"> </w:t>
      </w:r>
      <w:proofErr w:type="spellStart"/>
      <w:r>
        <w:t>důležité</w:t>
      </w:r>
      <w:proofErr w:type="spellEnd"/>
      <w:r>
        <w:t xml:space="preserve"> </w:t>
      </w:r>
      <w:proofErr w:type="spellStart"/>
      <w:proofErr w:type="gramStart"/>
      <w:r>
        <w:t>skutečnosti</w:t>
      </w:r>
      <w:proofErr w:type="spellEnd"/>
      <w:r>
        <w:t>:</w:t>
      </w:r>
      <w:r w:rsidR="00D64301">
        <w:t>…</w:t>
      </w:r>
      <w:proofErr w:type="gramEnd"/>
      <w:r w:rsidR="00D64301">
        <w:t>………………………………………………………………………………………………</w:t>
      </w:r>
    </w:p>
    <w:p w14:paraId="4A36F51F" w14:textId="5CDA9130" w:rsidR="00D64301" w:rsidRDefault="00000000" w:rsidP="00D64301">
      <w:pPr>
        <w:pStyle w:val="Nadpis2"/>
        <w:numPr>
          <w:ilvl w:val="0"/>
          <w:numId w:val="10"/>
        </w:numPr>
      </w:pPr>
      <w:proofErr w:type="spellStart"/>
      <w:r>
        <w:lastRenderedPageBreak/>
        <w:t>Údaje</w:t>
      </w:r>
      <w:proofErr w:type="spellEnd"/>
      <w:r>
        <w:t xml:space="preserve"> o </w:t>
      </w:r>
      <w:proofErr w:type="spellStart"/>
      <w:r>
        <w:t>zákonném</w:t>
      </w:r>
      <w:proofErr w:type="spellEnd"/>
      <w:r>
        <w:t xml:space="preserve"> </w:t>
      </w:r>
      <w:proofErr w:type="spellStart"/>
      <w:r>
        <w:t>zástupci</w:t>
      </w:r>
      <w:proofErr w:type="spellEnd"/>
    </w:p>
    <w:p w14:paraId="1B245B98" w14:textId="77777777" w:rsidR="00D64301" w:rsidRPr="00D64301" w:rsidRDefault="00D64301" w:rsidP="00D64301">
      <w:pPr>
        <w:pStyle w:val="Odstavecseseznamem"/>
      </w:pPr>
    </w:p>
    <w:p w14:paraId="78ED0762" w14:textId="37A8D933" w:rsidR="00A078D0" w:rsidRDefault="00000000" w:rsidP="00D64301">
      <w:pPr>
        <w:spacing w:line="240" w:lineRule="auto"/>
      </w:pPr>
      <w:proofErr w:type="spellStart"/>
      <w:r>
        <w:t>Jméno</w:t>
      </w:r>
      <w:proofErr w:type="spellEnd"/>
      <w:r>
        <w:t xml:space="preserve"> a </w:t>
      </w:r>
      <w:proofErr w:type="spellStart"/>
      <w:r>
        <w:t>příjmení</w:t>
      </w:r>
      <w:proofErr w:type="spellEnd"/>
      <w:r>
        <w:t xml:space="preserve">: </w:t>
      </w:r>
      <w:r w:rsidR="00D64301">
        <w:t>……………………………………………………………………………………………………………</w:t>
      </w:r>
    </w:p>
    <w:p w14:paraId="54CA045E" w14:textId="77777777" w:rsidR="00D64301" w:rsidRDefault="00D64301" w:rsidP="00D64301">
      <w:pPr>
        <w:spacing w:line="240" w:lineRule="auto"/>
      </w:pPr>
    </w:p>
    <w:p w14:paraId="38412BBE" w14:textId="2A8358A6" w:rsidR="00A078D0" w:rsidRDefault="00000000" w:rsidP="00D64301">
      <w:pPr>
        <w:spacing w:line="240" w:lineRule="auto"/>
      </w:pPr>
      <w:proofErr w:type="spellStart"/>
      <w:r>
        <w:t>Telefon</w:t>
      </w:r>
      <w:proofErr w:type="spellEnd"/>
      <w:r>
        <w:t xml:space="preserve">: </w:t>
      </w:r>
      <w:r w:rsidR="00D64301">
        <w:t>……………………………………………………………………………………………………………………………</w:t>
      </w:r>
    </w:p>
    <w:p w14:paraId="290C1B4E" w14:textId="77777777" w:rsidR="00D64301" w:rsidRDefault="00D64301" w:rsidP="00D64301">
      <w:pPr>
        <w:spacing w:line="240" w:lineRule="auto"/>
      </w:pPr>
    </w:p>
    <w:p w14:paraId="3737FCA7" w14:textId="4F53BC3F" w:rsidR="00A078D0" w:rsidRDefault="00000000" w:rsidP="00D64301">
      <w:pPr>
        <w:spacing w:line="240" w:lineRule="auto"/>
      </w:pPr>
      <w:r>
        <w:t xml:space="preserve">E-mail: </w:t>
      </w:r>
      <w:r w:rsidR="00D64301">
        <w:t>…………………………………………………………………………………………………………………………</w:t>
      </w:r>
      <w:proofErr w:type="gramStart"/>
      <w:r w:rsidR="00D64301">
        <w:t>…..</w:t>
      </w:r>
      <w:proofErr w:type="gramEnd"/>
    </w:p>
    <w:p w14:paraId="64EA3C0A" w14:textId="77777777" w:rsidR="00D64301" w:rsidRDefault="00D64301" w:rsidP="00D64301">
      <w:pPr>
        <w:spacing w:line="240" w:lineRule="auto"/>
      </w:pPr>
    </w:p>
    <w:p w14:paraId="79E46A55" w14:textId="23840426" w:rsidR="00A078D0" w:rsidRDefault="00000000" w:rsidP="00D64301">
      <w:pPr>
        <w:spacing w:line="240" w:lineRule="auto"/>
      </w:pPr>
      <w:proofErr w:type="spellStart"/>
      <w:r>
        <w:t>Adresa</w:t>
      </w:r>
      <w:proofErr w:type="spellEnd"/>
      <w:r>
        <w:t xml:space="preserve"> (</w:t>
      </w:r>
      <w:proofErr w:type="spellStart"/>
      <w:r>
        <w:t>pokud</w:t>
      </w:r>
      <w:proofErr w:type="spellEnd"/>
      <w:r>
        <w:t xml:space="preserve"> se </w:t>
      </w:r>
      <w:proofErr w:type="spellStart"/>
      <w:r>
        <w:t>liší</w:t>
      </w:r>
      <w:proofErr w:type="spellEnd"/>
      <w:r>
        <w:t xml:space="preserve"> od </w:t>
      </w:r>
      <w:proofErr w:type="spellStart"/>
      <w:r>
        <w:t>dítěte</w:t>
      </w:r>
      <w:proofErr w:type="spellEnd"/>
      <w:r>
        <w:t xml:space="preserve">): </w:t>
      </w:r>
      <w:r w:rsidR="00D64301">
        <w:t>………………………………………………………………………………………...</w:t>
      </w:r>
    </w:p>
    <w:p w14:paraId="7F615D62" w14:textId="77777777" w:rsidR="00D64301" w:rsidRDefault="00D64301" w:rsidP="00D64301">
      <w:pPr>
        <w:spacing w:line="240" w:lineRule="auto"/>
      </w:pPr>
    </w:p>
    <w:p w14:paraId="4AD02CA6" w14:textId="5BE5A35C" w:rsidR="00A078D0" w:rsidRDefault="00000000" w:rsidP="00D64301">
      <w:pPr>
        <w:spacing w:line="240" w:lineRule="auto"/>
      </w:pPr>
      <w:proofErr w:type="spellStart"/>
      <w:r>
        <w:t>Kontakt</w:t>
      </w:r>
      <w:proofErr w:type="spellEnd"/>
      <w:r>
        <w:t xml:space="preserve"> pro </w:t>
      </w:r>
      <w:proofErr w:type="spellStart"/>
      <w:r>
        <w:t>případ</w:t>
      </w:r>
      <w:proofErr w:type="spellEnd"/>
      <w:r>
        <w:t xml:space="preserve"> </w:t>
      </w:r>
      <w:proofErr w:type="spellStart"/>
      <w:r>
        <w:t>nouze</w:t>
      </w:r>
      <w:proofErr w:type="spellEnd"/>
      <w:r>
        <w:t xml:space="preserve">: </w:t>
      </w:r>
      <w:r w:rsidR="00D64301">
        <w:t>………………………………………………………………………………………………...</w:t>
      </w:r>
    </w:p>
    <w:p w14:paraId="08818F1A" w14:textId="77777777" w:rsidR="00D64301" w:rsidRDefault="00D64301"/>
    <w:p w14:paraId="2F4DBA31" w14:textId="7945E462" w:rsidR="00A078D0" w:rsidRDefault="00000000" w:rsidP="00D64301">
      <w:pPr>
        <w:pStyle w:val="Nadpis2"/>
        <w:numPr>
          <w:ilvl w:val="0"/>
          <w:numId w:val="10"/>
        </w:numPr>
      </w:pPr>
      <w:proofErr w:type="spellStart"/>
      <w:r>
        <w:t>Souhlasy</w:t>
      </w:r>
      <w:proofErr w:type="spellEnd"/>
      <w:r>
        <w:t xml:space="preserve"> </w:t>
      </w:r>
      <w:proofErr w:type="spellStart"/>
      <w:r>
        <w:t>zákonného</w:t>
      </w:r>
      <w:proofErr w:type="spellEnd"/>
      <w:r>
        <w:t xml:space="preserve"> </w:t>
      </w:r>
      <w:proofErr w:type="spellStart"/>
      <w:r>
        <w:t>zástupce</w:t>
      </w:r>
      <w:proofErr w:type="spellEnd"/>
    </w:p>
    <w:p w14:paraId="73615D51" w14:textId="77777777" w:rsidR="00D64301" w:rsidRPr="00D64301" w:rsidRDefault="00D64301" w:rsidP="00D64301">
      <w:pPr>
        <w:pStyle w:val="Odstavecseseznamem"/>
      </w:pPr>
    </w:p>
    <w:p w14:paraId="53ECB421" w14:textId="77777777" w:rsidR="00A078D0" w:rsidRDefault="00000000">
      <w:r>
        <w:t xml:space="preserve">Prohlašuji, že jsem zákonným zástupcem výše uvedeného dítěte, zdravotní stav dítěte mu umožňuje účast na příměstském táboře, souhlasím s účastí dítěte na programu tábora, poskytnutím první pomoci a se </w:t>
      </w:r>
      <w:proofErr w:type="spellStart"/>
      <w:r>
        <w:t>zpracováním</w:t>
      </w:r>
      <w:proofErr w:type="spellEnd"/>
      <w:r>
        <w:t xml:space="preserve">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pro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organizace</w:t>
      </w:r>
      <w:proofErr w:type="spellEnd"/>
      <w:r>
        <w:t xml:space="preserve"> </w:t>
      </w:r>
      <w:proofErr w:type="spellStart"/>
      <w:r>
        <w:t>tábora</w:t>
      </w:r>
      <w:proofErr w:type="spellEnd"/>
      <w:r>
        <w:t>.</w:t>
      </w:r>
    </w:p>
    <w:p w14:paraId="00613A7D" w14:textId="77777777" w:rsidR="00C23F7D" w:rsidRDefault="00C23F7D"/>
    <w:p w14:paraId="3AC73705" w14:textId="77777777" w:rsidR="00A078D0" w:rsidRDefault="00000000">
      <w:proofErr w:type="spellStart"/>
      <w:r>
        <w:t>Souhlasím</w:t>
      </w:r>
      <w:proofErr w:type="spellEnd"/>
      <w:r>
        <w:t xml:space="preserve"> s </w:t>
      </w:r>
      <w:proofErr w:type="spellStart"/>
      <w:r>
        <w:t>pořizováním</w:t>
      </w:r>
      <w:proofErr w:type="spellEnd"/>
      <w:r>
        <w:t xml:space="preserve"> </w:t>
      </w:r>
      <w:proofErr w:type="spellStart"/>
      <w:r>
        <w:t>fotografií</w:t>
      </w:r>
      <w:proofErr w:type="spellEnd"/>
      <w:r>
        <w:t xml:space="preserve"> a </w:t>
      </w:r>
      <w:proofErr w:type="spellStart"/>
      <w:r>
        <w:t>videozáznamů</w:t>
      </w:r>
      <w:proofErr w:type="spellEnd"/>
      <w:r>
        <w:t xml:space="preserve"> </w:t>
      </w:r>
      <w:proofErr w:type="spellStart"/>
      <w:r>
        <w:t>dítěte</w:t>
      </w:r>
      <w:proofErr w:type="spellEnd"/>
      <w:r>
        <w:t>: ANO / NE</w:t>
      </w:r>
    </w:p>
    <w:p w14:paraId="10F6C209" w14:textId="77777777" w:rsidR="00D64301" w:rsidRDefault="00D64301"/>
    <w:p w14:paraId="417D0523" w14:textId="77777777" w:rsidR="00D64301" w:rsidRDefault="00D64301"/>
    <w:p w14:paraId="13555BCE" w14:textId="77777777" w:rsidR="00D64301" w:rsidRDefault="00D64301"/>
    <w:p w14:paraId="381C53D5" w14:textId="77777777" w:rsidR="00A078D0" w:rsidRDefault="00000000">
      <w:r>
        <w:t xml:space="preserve">V ________________________ </w:t>
      </w:r>
      <w:proofErr w:type="spellStart"/>
      <w:r>
        <w:t>dne</w:t>
      </w:r>
      <w:proofErr w:type="spellEnd"/>
      <w:r>
        <w:t xml:space="preserve"> ________________________</w:t>
      </w:r>
    </w:p>
    <w:p w14:paraId="79A63B2E" w14:textId="77777777" w:rsidR="00C23F7D" w:rsidRDefault="00C23F7D"/>
    <w:p w14:paraId="31C8DE35" w14:textId="77777777" w:rsidR="00A078D0" w:rsidRDefault="00000000">
      <w:r>
        <w:t>Podpis zákonného zástupce: ________________________________</w:t>
      </w:r>
    </w:p>
    <w:sectPr w:rsidR="00A078D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A82CF4"/>
    <w:multiLevelType w:val="hybridMultilevel"/>
    <w:tmpl w:val="0338E1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437243">
    <w:abstractNumId w:val="8"/>
  </w:num>
  <w:num w:numId="2" w16cid:durableId="37360021">
    <w:abstractNumId w:val="6"/>
  </w:num>
  <w:num w:numId="3" w16cid:durableId="1123353585">
    <w:abstractNumId w:val="5"/>
  </w:num>
  <w:num w:numId="4" w16cid:durableId="283773894">
    <w:abstractNumId w:val="4"/>
  </w:num>
  <w:num w:numId="5" w16cid:durableId="452208338">
    <w:abstractNumId w:val="7"/>
  </w:num>
  <w:num w:numId="6" w16cid:durableId="1729761453">
    <w:abstractNumId w:val="3"/>
  </w:num>
  <w:num w:numId="7" w16cid:durableId="19480289">
    <w:abstractNumId w:val="2"/>
  </w:num>
  <w:num w:numId="8" w16cid:durableId="1443916119">
    <w:abstractNumId w:val="1"/>
  </w:num>
  <w:num w:numId="9" w16cid:durableId="1394040871">
    <w:abstractNumId w:val="0"/>
  </w:num>
  <w:num w:numId="10" w16cid:durableId="5159273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42C17"/>
    <w:rsid w:val="005913B8"/>
    <w:rsid w:val="007B78A5"/>
    <w:rsid w:val="00815EE2"/>
    <w:rsid w:val="009A361D"/>
    <w:rsid w:val="00A078D0"/>
    <w:rsid w:val="00A93F0B"/>
    <w:rsid w:val="00AA1D8D"/>
    <w:rsid w:val="00B47730"/>
    <w:rsid w:val="00C23F7D"/>
    <w:rsid w:val="00CB0664"/>
    <w:rsid w:val="00D6430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EA7569"/>
  <w14:defaultImageDpi w14:val="300"/>
  <w15:docId w15:val="{767AE0C9-203D-48CC-B133-7EE73DBC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C23F7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23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ec.ceprovice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1466</Characters>
  <Application>Microsoft Office Word</Application>
  <DocSecurity>0</DocSecurity>
  <Lines>12</Lines>
  <Paragraphs>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6</vt:i4>
      </vt:variant>
      <vt:variant>
        <vt:lpstr>Title</vt:lpstr>
      </vt:variant>
      <vt:variant>
        <vt:i4>1</vt:i4>
      </vt:variant>
    </vt:vector>
  </HeadingPairs>
  <TitlesOfParts>
    <vt:vector size="8" baseType="lpstr">
      <vt:lpstr/>
      <vt:lpstr>PŘIHLÁŠKA NA PŘÍMĚSTSKÝ TÁBOR</vt:lpstr>
      <vt:lpstr>    Základní informace o táboře</vt:lpstr>
      <vt:lpstr>    Údaje o dítěti</vt:lpstr>
      <vt:lpstr>    Zdravotní informace o dítěti</vt:lpstr>
      <vt:lpstr>    Údaje o zákonném zástupci</vt:lpstr>
      <vt:lpstr>    Souhlasy zákonného zástupce</vt:lpstr>
      <vt:lpstr/>
    </vt:vector>
  </TitlesOfParts>
  <Manager/>
  <Company/>
  <LinksUpToDate>false</LinksUpToDate>
  <CharactersWithSpaces>1711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Barbora Poláčková</cp:lastModifiedBy>
  <cp:revision>2</cp:revision>
  <cp:lastPrinted>2026-01-31T14:53:00Z</cp:lastPrinted>
  <dcterms:created xsi:type="dcterms:W3CDTF">2026-02-09T12:44:00Z</dcterms:created>
  <dcterms:modified xsi:type="dcterms:W3CDTF">2026-02-09T12:44:00Z</dcterms:modified>
  <cp:category/>
</cp:coreProperties>
</file>